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الشركات متعددة الجنسيات وسيادة الدولة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مدحت غسان/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الدولة/ الشركات المتعددة الجنسيات/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