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الفكر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مدحت خير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المناهج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