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الابداع والابتكارات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أسامة خيري/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9789957544485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الابداع/ الابتكارات/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