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الاتصالات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العامة/ الاتصال/ الاعلان/ الاتصالات التسويقية/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