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المعلومات والمعرفة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المعلومات/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