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تنمية وبناء نظم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هاشم حمدي رضا/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9789957499846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الافراد/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