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اسواق التجزئة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