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 الاستثمارية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سيد سالم 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الاستثمار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