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اتخاذ القرارات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سليم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9789957499341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الادارة التنفيذية/ اتخاذ القرارات/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