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الاعلام المالي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بهاء الدين 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الاعلام/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