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مكاتب وشركات وكلاء السياحة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السياحة/ 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