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نشات السياحية والفند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د منير عب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91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فنادق/ ادارة الفنادق/ صناعة السي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