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عمان/ التكتل الاقتصادي/ الاستراد/ التصدير/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