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ماجد محمد الخياط/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