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القانوني لعقد التامين الالزامي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سمر عبد القادر عساف/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عقد التأمين/ تأمين السيارات/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