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الاعتماد المالي: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هلال مسلم القلاب/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الضمانات/ عقد الاعتماد/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