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جريمة غسيل الاموال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حسين أبو سمرة/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غسيل الاموال/ علم النفس/ الجريمة/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