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المنهجية المتكاملة لادارة الجودة الشاملة : وجهة نظر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وصفي عقيلي/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