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مفاهيمها- مداخلها - عملياتها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حسن الحسيني/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