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 : مدخل 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الستار محمد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