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 : مدخل علمي لاتخاد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منعم زمزير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العمليات/ اتخاذ القرارات/ نظرية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