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: الهيكل والتصميم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سعيد السالم/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نظرية المنظمة/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