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استراتيجية التسويق : مدخل سلوكي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إبراهيم عبيدات/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وائل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336ص.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9789957112738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المالية العامة/ التسويق/ اساليب التسويق/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