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والمسؤولية الاجتماعية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المسؤولية الاجتماعية/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