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التسويق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قاسم القريوتي/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الخدمات/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