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الفساد الاداري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9789957118884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الفساد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