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الباري إبراهيم درة/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