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التطوير التنظيمي : مدخل تحليلي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طاهر محسن الغالبي/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32*22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9789957118372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التنظيم الاداري/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