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الاعمال الصغيرة ( ابعاد للريادة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سعاد نائف برنوطي/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9789957115746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الاعمال/ الشركات الصغيرة/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