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المحافظ الاستثمارية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مطر/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348ص.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9789957115869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الاستثمار المالي/ الاستثمار/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