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الاستثمارات : الاطار النظري والتطبيقات العملية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مطر/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9789957115142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الاداري الاقتصاد/ الاسواق المالية/ محاسبة الاستثمارات/ السندات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