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الحديثة في التحليل المالي والائتماني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9789957113056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الاتجاهات الحديثة/ تحليل الائتمان/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