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الاسلامية :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العمليات المصرفية/ 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