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شبكات الادارة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عبد الرزاق السالمي/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9789957114435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الدولية/ الانترنيت/ الحواسيب/ الشبكات/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