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نظم المعلومات الادارية المتقدمة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محمد عبد حسين الطائي/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وائل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245ص.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9789957114893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ادارة الاعمال/ دراسات السوق/ المعلومات التجارية/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