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مالية الدولة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عادل فليح العلي/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زهران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330230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المالية العامة/ الموازنة/ النفقات/ الايرادات/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