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تجارة التجزئة ( المفهوم والممارسات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تجارة التجزئة/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