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الفندقي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خالد مقابلة/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9789957119027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السياحة/ الفنادق/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