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المباشر والعلاقات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9789957118457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العلاقات/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