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الاجتماعي الاخضر و البيئي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9789957113940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