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نظام المعلومات التسويقية ( مدخل اتخاد القرار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خالد قاشي/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9789957125233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اتخاذ القرار/ نظام المعلومات/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