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الانتاج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الغفور حسن كنعان المعماري/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الانتاج الصناعي/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