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الصيرفية الالكترونية : الادوات والتطبيقات ومعيقات التوسع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ناظم محمد نوري الشمري/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وائل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267ص.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9789957117184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محاسبة البنوك التجارية/ الصيرفة الالكترونية/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