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والعمليات المصرفية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غازي عبد الرزاق النقاش/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رأس المال/ العملات/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