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 مع تطبيقات في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خليل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9789957119089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الفائدة البسيطة/ الفائدة المركبة/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