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الاقتصاد : التحليل الكلي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حربي محمد عريقات/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9789957116477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الاداري الاقتصاد/ الاقتصاد الكلي/ الاقتصاد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