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الاقتصاد : التحليل الجزئي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حربي محمد عريقات/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9789957116187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الاداري الاقتصاد/ التحليل الاقتصادي/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