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التحليل الاقتصادي الجزئي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عفاف عبد الجبار سعيد/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الجزئي/ العلوم الاجتماعية/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