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قضايا تسويقية 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9789957123079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 التسويقي/ التجارة النقالة/ الصناعة الصيدلانية/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