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الخصخصة على ادارة تطوير المنتجات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عواد المشاقبة/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الاردن/ المنتجات/ الخصخصة/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